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AV-App Beta-Beispieldokument</w:t>
      </w:r>
    </w:p>
    <w:p>
      <w:r>
        <w:t>Dieses Dokument enthaelt ausschliesslich synthetische Testdaten.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